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69FDE" w14:textId="77777777" w:rsidR="00D11017" w:rsidRDefault="009415F2">
      <w:pPr>
        <w:spacing w:after="100"/>
        <w:jc w:val="center"/>
        <w:rPr>
          <w:lang w:eastAsia="zh-CN"/>
        </w:rPr>
      </w:pPr>
      <w:r>
        <w:rPr>
          <w:rFonts w:ascii="黑体" w:eastAsia="黑体" w:hAnsi="黑体"/>
          <w:b/>
          <w:sz w:val="36"/>
          <w:lang w:eastAsia="zh-CN"/>
        </w:rPr>
        <w:t>合同法</w:t>
      </w:r>
      <w:proofErr w:type="gramStart"/>
      <w:r>
        <w:rPr>
          <w:rFonts w:ascii="黑体" w:eastAsia="黑体" w:hAnsi="黑体"/>
          <w:b/>
          <w:sz w:val="36"/>
          <w:lang w:eastAsia="zh-CN"/>
        </w:rPr>
        <w:t>务</w:t>
      </w:r>
      <w:proofErr w:type="gramEnd"/>
      <w:r>
        <w:rPr>
          <w:rFonts w:ascii="黑体" w:eastAsia="黑体" w:hAnsi="黑体"/>
          <w:b/>
          <w:sz w:val="36"/>
          <w:lang w:eastAsia="zh-CN"/>
        </w:rPr>
        <w:t>审核意见知悉及签约承诺书</w:t>
      </w:r>
    </w:p>
    <w:p w14:paraId="5E2713C1" w14:textId="14B29766" w:rsidR="00D11017" w:rsidRPr="007773BC" w:rsidRDefault="003735BA">
      <w:pPr>
        <w:spacing w:after="100"/>
        <w:rPr>
          <w:sz w:val="28"/>
          <w:szCs w:val="24"/>
          <w:u w:val="single"/>
          <w:lang w:eastAsia="zh-CN"/>
        </w:rPr>
      </w:pPr>
      <w:r w:rsidRPr="007773BC">
        <w:rPr>
          <w:rFonts w:hint="eastAsia"/>
          <w:sz w:val="28"/>
          <w:szCs w:val="24"/>
          <w:lang w:eastAsia="zh-CN"/>
        </w:rPr>
        <w:t>校内项目编号：________________________</w:t>
      </w:r>
    </w:p>
    <w:p w14:paraId="1C2DC89A" w14:textId="737F5120" w:rsidR="00D11017" w:rsidRPr="007773BC" w:rsidRDefault="009415F2">
      <w:pPr>
        <w:spacing w:after="100"/>
        <w:ind w:firstLine="476"/>
        <w:rPr>
          <w:sz w:val="28"/>
          <w:szCs w:val="24"/>
          <w:lang w:eastAsia="zh-CN"/>
        </w:rPr>
      </w:pPr>
      <w:r w:rsidRPr="007773BC">
        <w:rPr>
          <w:sz w:val="28"/>
          <w:szCs w:val="24"/>
          <w:lang w:eastAsia="zh-CN"/>
        </w:rPr>
        <w:t>本人作为上述项目负责人，已收到并知悉学校法</w:t>
      </w:r>
      <w:proofErr w:type="gramStart"/>
      <w:r w:rsidRPr="007773BC">
        <w:rPr>
          <w:sz w:val="28"/>
          <w:szCs w:val="24"/>
          <w:lang w:eastAsia="zh-CN"/>
        </w:rPr>
        <w:t>务</w:t>
      </w:r>
      <w:proofErr w:type="gramEnd"/>
      <w:r w:rsidRPr="007773BC">
        <w:rPr>
          <w:sz w:val="28"/>
          <w:szCs w:val="24"/>
          <w:lang w:eastAsia="zh-CN"/>
        </w:rPr>
        <w:t>对本项目合同文本提出的审核意见。法</w:t>
      </w:r>
      <w:proofErr w:type="gramStart"/>
      <w:r w:rsidRPr="007773BC">
        <w:rPr>
          <w:sz w:val="28"/>
          <w:szCs w:val="24"/>
          <w:lang w:eastAsia="zh-CN"/>
        </w:rPr>
        <w:t>务</w:t>
      </w:r>
      <w:proofErr w:type="gramEnd"/>
      <w:r w:rsidRPr="007773BC">
        <w:rPr>
          <w:sz w:val="28"/>
          <w:szCs w:val="24"/>
          <w:lang w:eastAsia="zh-CN"/>
        </w:rPr>
        <w:t>审核意见主要包括以下事项：</w:t>
      </w:r>
    </w:p>
    <w:p w14:paraId="7658360D" w14:textId="77777777" w:rsidR="009415F2" w:rsidRDefault="009415F2">
      <w:pPr>
        <w:spacing w:after="100"/>
        <w:ind w:firstLine="476"/>
        <w:rPr>
          <w:lang w:eastAsia="zh-CN"/>
        </w:rPr>
      </w:pPr>
    </w:p>
    <w:tbl>
      <w:tblPr>
        <w:tblW w:w="8957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8957"/>
      </w:tblGrid>
      <w:tr w:rsidR="00D11017" w14:paraId="2AC28EF6" w14:textId="77777777">
        <w:trPr>
          <w:cantSplit/>
          <w:jc w:val="center"/>
        </w:trPr>
        <w:tc>
          <w:tcPr>
            <w:tcW w:w="8957" w:type="dxa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BE9933E" w14:textId="77777777" w:rsidR="00D11017" w:rsidRDefault="009415F2">
            <w:pPr>
              <w:spacing w:after="40" w:line="252" w:lineRule="auto"/>
              <w:rPr>
                <w:lang w:eastAsia="zh-CN"/>
              </w:rPr>
            </w:pPr>
            <w:r w:rsidRPr="009415F2">
              <w:rPr>
                <w:sz w:val="21"/>
                <w:szCs w:val="40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 xml:space="preserve">  经费支付、付款条件或逾期付款责任需调整</w:t>
            </w:r>
          </w:p>
        </w:tc>
      </w:tr>
      <w:tr w:rsidR="00D11017" w14:paraId="020E7CA6" w14:textId="77777777">
        <w:trPr>
          <w:cantSplit/>
          <w:jc w:val="center"/>
        </w:trPr>
        <w:tc>
          <w:tcPr>
            <w:tcW w:w="8957" w:type="dxa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04F33A41" w14:textId="61694EA9" w:rsidR="00D11017" w:rsidRDefault="009415F2">
            <w:pPr>
              <w:spacing w:after="40" w:line="252" w:lineRule="auto"/>
              <w:rPr>
                <w:lang w:eastAsia="zh-CN"/>
              </w:rPr>
            </w:pPr>
            <w:r w:rsidRPr="009415F2">
              <w:rPr>
                <w:sz w:val="21"/>
                <w:szCs w:val="40"/>
                <w:lang w:eastAsia="zh-CN"/>
              </w:rPr>
              <w:t>□</w:t>
            </w:r>
            <w:r w:rsidRPr="009415F2">
              <w:rPr>
                <w:sz w:val="21"/>
                <w:szCs w:val="52"/>
                <w:lang w:eastAsia="zh-CN"/>
              </w:rPr>
              <w:t xml:space="preserve"> </w:t>
            </w:r>
            <w:r>
              <w:rPr>
                <w:sz w:val="21"/>
                <w:lang w:eastAsia="zh-CN"/>
              </w:rPr>
              <w:t>违约责任、赔偿责任、责任上限或风险承担条款需调整</w:t>
            </w:r>
          </w:p>
        </w:tc>
      </w:tr>
      <w:tr w:rsidR="00D11017" w14:paraId="5F82E256" w14:textId="77777777">
        <w:trPr>
          <w:cantSplit/>
          <w:jc w:val="center"/>
        </w:trPr>
        <w:tc>
          <w:tcPr>
            <w:tcW w:w="8957" w:type="dxa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00D0A627" w14:textId="77777777" w:rsidR="00D11017" w:rsidRDefault="009415F2">
            <w:pPr>
              <w:spacing w:after="40" w:line="252" w:lineRule="auto"/>
              <w:rPr>
                <w:lang w:eastAsia="zh-CN"/>
              </w:rPr>
            </w:pPr>
            <w:r w:rsidRPr="009415F2">
              <w:rPr>
                <w:sz w:val="21"/>
                <w:szCs w:val="40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 xml:space="preserve">  合同变更、解除、终止及后续结算安排需明确</w:t>
            </w:r>
          </w:p>
        </w:tc>
      </w:tr>
      <w:tr w:rsidR="00D11017" w14:paraId="4F47E452" w14:textId="77777777">
        <w:trPr>
          <w:cantSplit/>
          <w:jc w:val="center"/>
        </w:trPr>
        <w:tc>
          <w:tcPr>
            <w:tcW w:w="8957" w:type="dxa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12BFAF8" w14:textId="77777777" w:rsidR="00D11017" w:rsidRDefault="009415F2">
            <w:pPr>
              <w:spacing w:after="40" w:line="252" w:lineRule="auto"/>
              <w:rPr>
                <w:lang w:eastAsia="zh-CN"/>
              </w:rPr>
            </w:pPr>
            <w:r w:rsidRPr="009415F2">
              <w:rPr>
                <w:sz w:val="21"/>
                <w:szCs w:val="40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 xml:space="preserve">  保密责任、资料返还/销毁、第三方侵权或合</w:t>
            </w:r>
            <w:proofErr w:type="gramStart"/>
            <w:r>
              <w:rPr>
                <w:sz w:val="21"/>
                <w:lang w:eastAsia="zh-CN"/>
              </w:rPr>
              <w:t>规</w:t>
            </w:r>
            <w:proofErr w:type="gramEnd"/>
            <w:r>
              <w:rPr>
                <w:sz w:val="21"/>
                <w:lang w:eastAsia="zh-CN"/>
              </w:rPr>
              <w:t>责任需完善</w:t>
            </w:r>
          </w:p>
        </w:tc>
      </w:tr>
      <w:tr w:rsidR="00D11017" w14:paraId="1B4D6389" w14:textId="77777777">
        <w:trPr>
          <w:cantSplit/>
          <w:jc w:val="center"/>
        </w:trPr>
        <w:tc>
          <w:tcPr>
            <w:tcW w:w="8957" w:type="dxa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140EEAAB" w14:textId="77777777" w:rsidR="00D11017" w:rsidRDefault="009415F2">
            <w:pPr>
              <w:spacing w:after="40" w:line="252" w:lineRule="auto"/>
            </w:pPr>
            <w:proofErr w:type="gramStart"/>
            <w:r w:rsidRPr="009415F2">
              <w:rPr>
                <w:sz w:val="21"/>
                <w:szCs w:val="40"/>
              </w:rPr>
              <w:t>□</w:t>
            </w:r>
            <w:r>
              <w:rPr>
                <w:sz w:val="21"/>
              </w:rPr>
              <w:t xml:space="preserve">  </w:t>
            </w:r>
            <w:proofErr w:type="spellStart"/>
            <w:r>
              <w:rPr>
                <w:sz w:val="21"/>
              </w:rPr>
              <w:t>其他</w:t>
            </w:r>
            <w:proofErr w:type="spellEnd"/>
            <w:proofErr w:type="gramEnd"/>
            <w:r>
              <w:rPr>
                <w:sz w:val="21"/>
              </w:rPr>
              <w:t>：________________________________________</w:t>
            </w:r>
          </w:p>
        </w:tc>
      </w:tr>
    </w:tbl>
    <w:p w14:paraId="02F04834" w14:textId="77777777" w:rsidR="00D11017" w:rsidRDefault="00D11017">
      <w:pPr>
        <w:spacing w:after="100"/>
      </w:pPr>
    </w:p>
    <w:p w14:paraId="570EA6AA" w14:textId="77777777" w:rsidR="00D11017" w:rsidRPr="007773BC" w:rsidRDefault="009415F2">
      <w:pPr>
        <w:spacing w:after="100"/>
        <w:ind w:firstLine="476"/>
        <w:rPr>
          <w:sz w:val="28"/>
          <w:szCs w:val="24"/>
          <w:lang w:eastAsia="zh-CN"/>
        </w:rPr>
      </w:pPr>
      <w:r w:rsidRPr="007773BC">
        <w:rPr>
          <w:sz w:val="28"/>
          <w:szCs w:val="24"/>
          <w:lang w:eastAsia="zh-CN"/>
        </w:rPr>
        <w:t>本人已充分了解上述法</w:t>
      </w:r>
      <w:proofErr w:type="gramStart"/>
      <w:r w:rsidRPr="007773BC">
        <w:rPr>
          <w:sz w:val="28"/>
          <w:szCs w:val="24"/>
          <w:lang w:eastAsia="zh-CN"/>
        </w:rPr>
        <w:t>务</w:t>
      </w:r>
      <w:proofErr w:type="gramEnd"/>
      <w:r w:rsidRPr="007773BC">
        <w:rPr>
          <w:sz w:val="28"/>
          <w:szCs w:val="24"/>
          <w:lang w:eastAsia="zh-CN"/>
        </w:rPr>
        <w:t>审核意见及相关风险。因项目推进及签约实际需要，本人</w:t>
      </w:r>
      <w:proofErr w:type="gramStart"/>
      <w:r w:rsidRPr="007773BC">
        <w:rPr>
          <w:sz w:val="28"/>
          <w:szCs w:val="24"/>
          <w:lang w:eastAsia="zh-CN"/>
        </w:rPr>
        <w:t>申请按</w:t>
      </w:r>
      <w:proofErr w:type="gramEnd"/>
      <w:r w:rsidRPr="007773BC">
        <w:rPr>
          <w:sz w:val="28"/>
          <w:szCs w:val="24"/>
          <w:lang w:eastAsia="zh-CN"/>
        </w:rPr>
        <w:t>现有合同文本继续办理签约/用印手续。</w:t>
      </w:r>
    </w:p>
    <w:p w14:paraId="681CB54E" w14:textId="77777777" w:rsidR="00D11017" w:rsidRPr="007773BC" w:rsidRDefault="009415F2">
      <w:pPr>
        <w:spacing w:after="100"/>
        <w:ind w:firstLine="476"/>
        <w:rPr>
          <w:sz w:val="28"/>
          <w:szCs w:val="24"/>
          <w:lang w:eastAsia="zh-CN"/>
        </w:rPr>
      </w:pPr>
      <w:r w:rsidRPr="007773BC">
        <w:rPr>
          <w:sz w:val="28"/>
          <w:szCs w:val="24"/>
          <w:lang w:eastAsia="zh-CN"/>
        </w:rPr>
        <w:t>本人承诺：将按照学校横向科研项目管理要求履行项目负责人职责，作为项目实施和合同履行的第一责任人，负责项目全过程管理、经费使用、成果交付、验收协调及合同履行风险防范。因本人未采纳或未完全采纳法</w:t>
      </w:r>
      <w:proofErr w:type="gramStart"/>
      <w:r w:rsidRPr="007773BC">
        <w:rPr>
          <w:sz w:val="28"/>
          <w:szCs w:val="24"/>
          <w:lang w:eastAsia="zh-CN"/>
        </w:rPr>
        <w:t>务</w:t>
      </w:r>
      <w:proofErr w:type="gramEnd"/>
      <w:r w:rsidRPr="007773BC">
        <w:rPr>
          <w:sz w:val="28"/>
          <w:szCs w:val="24"/>
          <w:lang w:eastAsia="zh-CN"/>
        </w:rPr>
        <w:t>审核意见，导致合同履行过程中发生争议、违约责任、经济损失或其他不利后果的，本人愿按照学校相关规定及法律法规要求，承担相应责任。</w:t>
      </w:r>
    </w:p>
    <w:p w14:paraId="138DA48C" w14:textId="77777777" w:rsidR="00D11017" w:rsidRDefault="00D11017">
      <w:pPr>
        <w:spacing w:after="100"/>
        <w:rPr>
          <w:lang w:eastAsia="zh-CN"/>
        </w:rPr>
      </w:pPr>
    </w:p>
    <w:p w14:paraId="3BEE4D5A" w14:textId="33D4EFC2" w:rsidR="00D11017" w:rsidRPr="007773BC" w:rsidRDefault="00D806BA">
      <w:pPr>
        <w:spacing w:after="100"/>
        <w:jc w:val="right"/>
        <w:rPr>
          <w:sz w:val="28"/>
          <w:szCs w:val="24"/>
          <w:lang w:eastAsia="zh-CN"/>
        </w:rPr>
      </w:pPr>
      <w:r w:rsidRPr="007773BC">
        <w:rPr>
          <w:rFonts w:hint="eastAsia"/>
          <w:sz w:val="28"/>
          <w:szCs w:val="24"/>
          <w:lang w:eastAsia="zh-CN"/>
        </w:rPr>
        <w:t>项目负责人</w:t>
      </w:r>
      <w:r w:rsidR="009415F2" w:rsidRPr="007773BC">
        <w:rPr>
          <w:sz w:val="28"/>
          <w:szCs w:val="24"/>
          <w:lang w:eastAsia="zh-CN"/>
        </w:rPr>
        <w:t>签字：________________</w:t>
      </w:r>
    </w:p>
    <w:p w14:paraId="401A3BE7" w14:textId="77777777" w:rsidR="00D11017" w:rsidRPr="007773BC" w:rsidRDefault="009415F2">
      <w:pPr>
        <w:spacing w:after="100"/>
        <w:jc w:val="right"/>
        <w:rPr>
          <w:sz w:val="28"/>
          <w:szCs w:val="24"/>
          <w:lang w:eastAsia="zh-CN"/>
        </w:rPr>
      </w:pPr>
      <w:r w:rsidRPr="007773BC">
        <w:rPr>
          <w:sz w:val="28"/>
          <w:szCs w:val="24"/>
          <w:lang w:eastAsia="zh-CN"/>
        </w:rPr>
        <w:t>日期：______年____月____日</w:t>
      </w:r>
    </w:p>
    <w:sectPr w:rsidR="00D11017" w:rsidRPr="007773BC" w:rsidSect="00034616">
      <w:pgSz w:w="12240" w:h="15840"/>
      <w:pgMar w:top="1361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51968" w14:textId="77777777" w:rsidR="001356AB" w:rsidRDefault="001356AB" w:rsidP="007773BC">
      <w:pPr>
        <w:spacing w:after="0" w:line="240" w:lineRule="auto"/>
      </w:pPr>
      <w:r>
        <w:separator/>
      </w:r>
    </w:p>
  </w:endnote>
  <w:endnote w:type="continuationSeparator" w:id="0">
    <w:p w14:paraId="501CB887" w14:textId="77777777" w:rsidR="001356AB" w:rsidRDefault="001356AB" w:rsidP="00777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A5018" w14:textId="77777777" w:rsidR="001356AB" w:rsidRDefault="001356AB" w:rsidP="007773BC">
      <w:pPr>
        <w:spacing w:after="0" w:line="240" w:lineRule="auto"/>
      </w:pPr>
      <w:r>
        <w:separator/>
      </w:r>
    </w:p>
  </w:footnote>
  <w:footnote w:type="continuationSeparator" w:id="0">
    <w:p w14:paraId="51EF511A" w14:textId="77777777" w:rsidR="001356AB" w:rsidRDefault="001356AB" w:rsidP="007773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56AB"/>
    <w:rsid w:val="0015074B"/>
    <w:rsid w:val="0029639D"/>
    <w:rsid w:val="00326F90"/>
    <w:rsid w:val="003735BA"/>
    <w:rsid w:val="004943E5"/>
    <w:rsid w:val="007773BC"/>
    <w:rsid w:val="009415F2"/>
    <w:rsid w:val="009F27D4"/>
    <w:rsid w:val="00AA1D8D"/>
    <w:rsid w:val="00B47730"/>
    <w:rsid w:val="00CB0664"/>
    <w:rsid w:val="00D11017"/>
    <w:rsid w:val="00D43711"/>
    <w:rsid w:val="00D806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5BC516"/>
  <w14:defaultImageDpi w14:val="300"/>
  <w15:docId w15:val="{33D6D908-B7AC-426F-B74E-CDAF0DC3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300" w:lineRule="auto"/>
    </w:pPr>
    <w:rPr>
      <w:rFonts w:ascii="仿宋" w:eastAsia="仿宋" w:hAnsi="仿宋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Zhao Yang</cp:lastModifiedBy>
  <cp:revision>2</cp:revision>
  <dcterms:created xsi:type="dcterms:W3CDTF">2026-10-20T03:39:00Z</dcterms:created>
  <dcterms:modified xsi:type="dcterms:W3CDTF">2026-10-20T03:39:00Z</dcterms:modified>
  <cp:category/>
</cp:coreProperties>
</file>